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jc w:val="center"/>
      </w:pPr>
      <w:r>
        <w:rPr>
          <w:rFonts w:ascii="Calibri" w:hAnsi="Calibri"/>
          <w:b/>
          <w:i w:val="0"/>
          <w:color w:val="1F3B5C"/>
          <w:sz w:val="52"/>
        </w:rPr>
        <w:t>READSUN OPTICAL</w:t>
      </w:r>
    </w:p>
    <w:p>
      <w:pPr>
        <w:spacing w:after="80"/>
        <w:jc w:val="center"/>
      </w:pPr>
      <w:r>
        <w:rPr>
          <w:rFonts w:ascii="Calibri" w:hAnsi="Calibri"/>
          <w:b/>
          <w:i w:val="0"/>
          <w:color w:val="D96C2C"/>
          <w:sz w:val="22"/>
        </w:rPr>
        <w:t>Eyewear Manufacturer  |  OEM &amp; ODM</w:t>
      </w:r>
    </w:p>
    <w:p>
      <w:pPr>
        <w:spacing w:after="200"/>
        <w:jc w:val="center"/>
      </w:pPr>
      <w:r>
        <w:rPr>
          <w:rFonts w:ascii="Calibri" w:hAnsi="Calibri"/>
          <w:b w:val="0"/>
          <w:i w:val="0"/>
          <w:color w:val="D96C2C"/>
          <w:sz w:val="20"/>
        </w:rPr>
        <w:t>______________________________________________</w:t>
      </w:r>
    </w:p>
    <w:p>
      <w:pPr>
        <w:spacing w:after="0"/>
        <w:jc w:val="center"/>
      </w:pPr>
      <w:r>
        <w:rPr>
          <w:rFonts w:ascii="Calibri" w:hAnsi="Calibri"/>
          <w:b/>
          <w:i w:val="0"/>
          <w:color w:val="1F3B5C"/>
          <w:sz w:val="40"/>
        </w:rPr>
        <w:t>Product Collection &amp;</w:t>
      </w:r>
    </w:p>
    <w:p>
      <w:pPr>
        <w:spacing w:after="200"/>
        <w:jc w:val="center"/>
      </w:pPr>
      <w:r>
        <w:rPr>
          <w:rFonts w:ascii="Calibri" w:hAnsi="Calibri"/>
          <w:b/>
          <w:i w:val="0"/>
          <w:color w:val="1F3B5C"/>
          <w:sz w:val="40"/>
        </w:rPr>
        <w:t>Customization Guide</w:t>
      </w:r>
    </w:p>
    <w:p>
      <w:pPr>
        <w:spacing w:after="80"/>
        <w:jc w:val="center"/>
      </w:pPr>
      <w:r>
        <w:rPr>
          <w:rFonts w:ascii="Calibri" w:hAnsi="Calibri"/>
          <w:b/>
          <w:i w:val="0"/>
          <w:color w:val="D96C2C"/>
          <w:sz w:val="30"/>
        </w:rPr>
        <w:t>Custom Kids Optical Frame</w:t>
      </w:r>
    </w:p>
    <w:p>
      <w:pPr>
        <w:spacing w:after="0"/>
        <w:jc w:val="center"/>
      </w:pPr>
      <w:r>
        <w:rPr>
          <w:rFonts w:ascii="Calibri" w:hAnsi="Calibri"/>
          <w:b w:val="0"/>
          <w:i w:val="0"/>
          <w:color w:val="595959"/>
          <w:sz w:val="20"/>
        </w:rPr>
        <w:t>www.readsunoptical.com</w:t>
      </w:r>
    </w:p>
    <w:p>
      <w:pPr>
        <w:spacing w:before="280" w:after="120"/>
      </w:pPr>
      <w:r>
        <w:rPr>
          <w:rFonts w:ascii="Calibri" w:hAnsi="Calibri"/>
          <w:b/>
          <w:color w:val="1F3B5C"/>
          <w:sz w:val="28"/>
        </w:rPr>
        <w:t>About READSUN Optical</w:t>
      </w:r>
    </w:p>
    <w:p>
      <w:pPr>
        <w:spacing w:after="120"/>
        <w:jc w:val="both"/>
      </w:pPr>
      <w:r>
        <w:rPr>
          <w:rFonts w:ascii="Calibri" w:hAnsi="Calibri"/>
          <w:b w:val="0"/>
          <w:i w:val="0"/>
          <w:sz w:val="21"/>
        </w:rPr>
        <w:t>READSUN Optical is an eyewear manufacturer providing custom design, prototyping and mass production for global eyewear brands, wholesalers and retail chains. Our product platform covers optical frames, anti-blue glasses, clip-on eyewear, sunglasses, reading glasses, sports eyewear, 3D printed glasses, DIY frames and a complete range of eyewear accessories and packaging solutions. With OEM and ODM service under one roof, we help buyers turn a design idea - or a simple selection from our existing collections - into retail-ready products with custom colors, sizes, materials and logos. Learn more at www.readsunoptical.com.</w:t>
      </w:r>
    </w:p>
    <w:p>
      <w:pPr>
        <w:spacing w:before="280" w:after="120"/>
      </w:pPr>
      <w:r>
        <w:rPr>
          <w:rFonts w:ascii="Calibri" w:hAnsi="Calibri"/>
          <w:b/>
          <w:color w:val="1F3B5C"/>
          <w:sz w:val="28"/>
        </w:rPr>
        <w:t>About This Collection: Custom Kids Optical Frame</w:t>
      </w:r>
    </w:p>
    <w:p>
      <w:pPr>
        <w:spacing w:after="120"/>
        <w:jc w:val="both"/>
      </w:pPr>
      <w:r>
        <w:rPr>
          <w:rFonts w:ascii="Calibri" w:hAnsi="Calibri"/>
          <w:b w:val="0"/>
          <w:i w:val="0"/>
          <w:sz w:val="21"/>
        </w:rPr>
        <w:t>Custom kids optical frames focused on safety, flexibility and fun. Frames are made from soft-touch TR90 and other lightweight materials that bend instead of break, with rounded edges, elastic head straps or adjustable temple tips available for younger children. Bright colorways, playful shapes and durable hinges make the collection easy for children to wear and hard for parents to worry about. Every model supports custom color, size and logo options, and the children's line is developed together with our anti-blue and clip-on ranges so growing customers can move up through the catalog.</w:t>
      </w:r>
    </w:p>
    <w:p>
      <w:pPr>
        <w:spacing w:before="280" w:after="120"/>
      </w:pPr>
      <w:r>
        <w:rPr>
          <w:rFonts w:ascii="Calibri" w:hAnsi="Calibri"/>
          <w:b/>
          <w:color w:val="1F3B5C"/>
          <w:sz w:val="28"/>
        </w:rPr>
        <w:t>Key Selling Points - Custom Optical Frames</w:t>
      </w:r>
    </w:p>
    <w:p>
      <w:pPr>
        <w:pStyle w:val="ListBullet"/>
        <w:spacing w:after="80"/>
      </w:pPr>
      <w:r>
        <w:rPr>
          <w:rFonts w:ascii="Calibri" w:hAnsi="Calibri"/>
          <w:sz w:val="21"/>
        </w:rPr>
        <w:t>Full style coverage: full-rim, semi-rimless and rimless silhouettes in square, round, oval, cat-eye and oversized shapes.</w:t>
      </w:r>
    </w:p>
    <w:p>
      <w:pPr>
        <w:pStyle w:val="ListBullet"/>
        <w:spacing w:after="80"/>
      </w:pPr>
      <w:r>
        <w:rPr>
          <w:rFonts w:ascii="Calibri" w:hAnsi="Calibri"/>
          <w:sz w:val="21"/>
        </w:rPr>
        <w:t>Three proven material platforms: metal (stainless and monel options), TR90 and acetate, with stable plating and color consistency.</w:t>
      </w:r>
    </w:p>
    <w:p>
      <w:pPr>
        <w:pStyle w:val="ListBullet"/>
        <w:spacing w:after="80"/>
      </w:pPr>
      <w:r>
        <w:rPr>
          <w:rFonts w:ascii="Calibri" w:hAnsi="Calibri"/>
          <w:sz w:val="21"/>
        </w:rPr>
        <w:t>Comfort engineering: adjustable nose pads, reinforced hinges and balanced weight distribution for all-day wear.</w:t>
      </w:r>
    </w:p>
    <w:p>
      <w:pPr>
        <w:pStyle w:val="ListBullet"/>
        <w:spacing w:after="80"/>
      </w:pPr>
      <w:r>
        <w:rPr>
          <w:rFonts w:ascii="Calibri" w:hAnsi="Calibri"/>
          <w:sz w:val="21"/>
        </w:rPr>
        <w:t>Trend-ready color library updated seasonally, including transparent, tortoise and two-tone finishes.</w:t>
      </w:r>
    </w:p>
    <w:p>
      <w:pPr>
        <w:pStyle w:val="ListBullet"/>
        <w:spacing w:after="80"/>
      </w:pPr>
      <w:r>
        <w:rPr>
          <w:rFonts w:ascii="Calibri" w:hAnsi="Calibri"/>
          <w:sz w:val="21"/>
        </w:rPr>
        <w:t>Full customization support: frame color, size, lens shape and logo can be tailored from sample to mass production.</w:t>
      </w:r>
    </w:p>
    <w:p>
      <w:pPr>
        <w:spacing w:before="280" w:after="120"/>
      </w:pPr>
      <w:r>
        <w:rPr>
          <w:rFonts w:ascii="Calibri" w:hAnsi="Calibri"/>
          <w:b/>
          <w:color w:val="1F3B5C"/>
          <w:sz w:val="28"/>
        </w:rPr>
        <w:t>Our OEM / ODM Customization Process</w:t>
      </w:r>
    </w:p>
    <w:p>
      <w:pPr>
        <w:spacing w:after="20"/>
      </w:pPr>
      <w:r>
        <w:rPr>
          <w:rFonts w:ascii="Calibri" w:hAnsi="Calibri"/>
          <w:b/>
          <w:color w:val="D96C2C"/>
          <w:sz w:val="21"/>
        </w:rPr>
        <w:t>Step 1 - Selection or Design Brief</w:t>
      </w:r>
    </w:p>
    <w:p>
      <w:pPr>
        <w:spacing w:after="120"/>
      </w:pPr>
      <w:r>
        <w:rPr>
          <w:rFonts w:ascii="Calibri" w:hAnsi="Calibri"/>
          <w:b w:val="0"/>
          <w:i w:val="0"/>
          <w:color w:val="595959"/>
          <w:sz w:val="20"/>
        </w:rPr>
        <w:t>Choose models from our existing collection, or send us your design, sketch or reference sample. For ODM projects, our design team develops the style with you.</w:t>
      </w:r>
    </w:p>
    <w:p>
      <w:pPr>
        <w:spacing w:after="20"/>
      </w:pPr>
      <w:r>
        <w:rPr>
          <w:rFonts w:ascii="Calibri" w:hAnsi="Calibri"/>
          <w:b/>
          <w:color w:val="D96C2C"/>
          <w:sz w:val="21"/>
        </w:rPr>
        <w:t>Step 2 - Customization Confirmation</w:t>
      </w:r>
    </w:p>
    <w:p>
      <w:pPr>
        <w:spacing w:after="120"/>
      </w:pPr>
      <w:r>
        <w:rPr>
          <w:rFonts w:ascii="Calibri" w:hAnsi="Calibri"/>
          <w:b w:val="0"/>
          <w:i w:val="0"/>
          <w:color w:val="595959"/>
          <w:sz w:val="20"/>
        </w:rPr>
        <w:t>Confirm frame color, size, material, lens type, logo placement and packaging. We advise on feasibility and cost-effective options for your target market.</w:t>
      </w:r>
    </w:p>
    <w:p>
      <w:pPr>
        <w:spacing w:after="20"/>
      </w:pPr>
      <w:r>
        <w:rPr>
          <w:rFonts w:ascii="Calibri" w:hAnsi="Calibri"/>
          <w:b/>
          <w:color w:val="D96C2C"/>
          <w:sz w:val="21"/>
        </w:rPr>
        <w:t>Step 3 - Sampling</w:t>
      </w:r>
    </w:p>
    <w:p>
      <w:pPr>
        <w:spacing w:after="120"/>
      </w:pPr>
      <w:r>
        <w:rPr>
          <w:rFonts w:ascii="Calibri" w:hAnsi="Calibri"/>
          <w:b w:val="0"/>
          <w:i w:val="0"/>
          <w:color w:val="595959"/>
          <w:sz w:val="20"/>
        </w:rPr>
        <w:t>A pre-production sample is made for your evaluation. Revisions are made until the sample is approved.</w:t>
      </w:r>
    </w:p>
    <w:p>
      <w:pPr>
        <w:spacing w:after="20"/>
      </w:pPr>
      <w:r>
        <w:rPr>
          <w:rFonts w:ascii="Calibri" w:hAnsi="Calibri"/>
          <w:b/>
          <w:color w:val="D96C2C"/>
          <w:sz w:val="21"/>
        </w:rPr>
        <w:t>Step 4 - Mass Production</w:t>
      </w:r>
    </w:p>
    <w:p>
      <w:pPr>
        <w:spacing w:after="120"/>
      </w:pPr>
      <w:r>
        <w:rPr>
          <w:rFonts w:ascii="Calibri" w:hAnsi="Calibri"/>
          <w:b w:val="0"/>
          <w:i w:val="0"/>
          <w:color w:val="595959"/>
          <w:sz w:val="20"/>
        </w:rPr>
        <w:t>Production runs under our quality control process, with material inspection, in-line checks and final inspection before packing.</w:t>
      </w:r>
    </w:p>
    <w:p>
      <w:pPr>
        <w:spacing w:after="20"/>
      </w:pPr>
      <w:r>
        <w:rPr>
          <w:rFonts w:ascii="Calibri" w:hAnsi="Calibri"/>
          <w:b/>
          <w:color w:val="D96C2C"/>
          <w:sz w:val="21"/>
        </w:rPr>
        <w:t>Step 5 - Packing &amp; Shipping</w:t>
      </w:r>
    </w:p>
    <w:p>
      <w:pPr>
        <w:spacing w:after="120"/>
      </w:pPr>
      <w:r>
        <w:rPr>
          <w:rFonts w:ascii="Calibri" w:hAnsi="Calibri"/>
          <w:b w:val="0"/>
          <w:i w:val="0"/>
          <w:color w:val="595959"/>
          <w:sz w:val="20"/>
        </w:rPr>
        <w:t>Products are packed according to your requirements - retail-ready, bulk or mixed - and shipped with export documentation.</w:t>
      </w:r>
    </w:p>
    <w:p>
      <w:pPr>
        <w:spacing w:after="20"/>
      </w:pPr>
      <w:r>
        <w:rPr>
          <w:rFonts w:ascii="Calibri" w:hAnsi="Calibri"/>
          <w:b/>
          <w:color w:val="D96C2C"/>
          <w:sz w:val="21"/>
        </w:rPr>
        <w:t>Step 6 - After-Sales Support</w:t>
      </w:r>
    </w:p>
    <w:p>
      <w:pPr>
        <w:spacing w:after="120"/>
      </w:pPr>
      <w:r>
        <w:rPr>
          <w:rFonts w:ascii="Calibri" w:hAnsi="Calibri"/>
          <w:b w:val="0"/>
          <w:i w:val="0"/>
          <w:color w:val="595959"/>
          <w:sz w:val="20"/>
        </w:rPr>
        <w:t>Our sales team stays available for reorder planning, new season development and any product feedback.</w:t>
      </w:r>
    </w:p>
    <w:p>
      <w:pPr>
        <w:spacing w:before="280" w:after="120"/>
      </w:pPr>
      <w:r>
        <w:rPr>
          <w:rFonts w:ascii="Calibri" w:hAnsi="Calibri"/>
          <w:b/>
          <w:color w:val="1F3B5C"/>
          <w:sz w:val="28"/>
        </w:rPr>
        <w:t>Quality Control &amp; Delivery</w:t>
      </w:r>
    </w:p>
    <w:p>
      <w:pPr>
        <w:spacing w:after="120"/>
        <w:jc w:val="both"/>
      </w:pPr>
      <w:r>
        <w:rPr>
          <w:rFonts w:ascii="Calibri" w:hAnsi="Calibri"/>
          <w:b w:val="0"/>
          <w:i w:val="0"/>
          <w:sz w:val="21"/>
        </w:rPr>
        <w:t>Quality is controlled across the whole production journey: incoming material inspection, in-process checks on frame alignment, hinge function and surface finish, and final inspection before packing. Each order is packed to survive international transit, and our export team handles documentation for smooth customs clearance. Because every sub-collection is produced on the same platform, buyers receive consistent quality whether they order one category or a full mixed-container program.</w:t>
      </w:r>
    </w:p>
    <w:p>
      <w:pPr>
        <w:spacing w:before="280" w:after="120"/>
      </w:pPr>
      <w:r>
        <w:rPr>
          <w:rFonts w:ascii="Calibri" w:hAnsi="Calibri"/>
          <w:b/>
          <w:color w:val="1F3B5C"/>
          <w:sz w:val="28"/>
        </w:rPr>
        <w:t>Start Your Inquiry</w:t>
      </w:r>
    </w:p>
    <w:p>
      <w:pPr>
        <w:spacing w:after="120"/>
        <w:jc w:val="both"/>
      </w:pPr>
      <w:r>
        <w:rPr>
          <w:rFonts w:ascii="Calibri" w:hAnsi="Calibri"/>
          <w:b w:val="0"/>
          <w:i w:val="0"/>
          <w:sz w:val="21"/>
        </w:rPr>
        <w:t>Interested in this collection? Visit the collection page or send us an inquiry directly - our sales team replies with pricing, options and samples.</w:t>
      </w:r>
    </w:p>
    <w:p>
      <w:pPr>
        <w:spacing w:after="40"/>
      </w:pPr>
      <w:r>
        <w:rPr>
          <w:rFonts w:ascii="Calibri" w:hAnsi="Calibri"/>
          <w:b/>
          <w:i w:val="0"/>
          <w:color w:val="1F3B5C"/>
          <w:sz w:val="20"/>
        </w:rPr>
        <w:t>Collection page: https://www.readsunoptical.com/products2149810/Custom-Kids-Optical-Frame.htm</w:t>
      </w:r>
    </w:p>
    <w:p>
      <w:pPr>
        <w:spacing w:after="40"/>
      </w:pPr>
      <w:r>
        <w:rPr>
          <w:rFonts w:ascii="Calibri" w:hAnsi="Calibri"/>
          <w:b/>
          <w:i w:val="0"/>
          <w:color w:val="1F3B5C"/>
          <w:sz w:val="20"/>
        </w:rPr>
        <w:t>Email: inquiry@readsunoptical.com</w:t>
      </w:r>
    </w:p>
    <w:p>
      <w:pPr>
        <w:spacing w:after="40"/>
      </w:pPr>
      <w:r>
        <w:rPr>
          <w:rFonts w:ascii="Calibri" w:hAnsi="Calibri"/>
          <w:b/>
          <w:i w:val="0"/>
          <w:color w:val="1F3B5C"/>
          <w:sz w:val="20"/>
        </w:rPr>
        <w:t>Inquiry: https://www.readsunoptical.com/sendinquiry.htm</w:t>
      </w:r>
    </w:p>
    <w:p>
      <w:pPr>
        <w:spacing w:after="40"/>
      </w:pPr>
      <w:r>
        <w:rPr>
          <w:rFonts w:ascii="Calibri" w:hAnsi="Calibri"/>
          <w:b/>
          <w:i w:val="0"/>
          <w:color w:val="1F3B5C"/>
          <w:sz w:val="20"/>
        </w:rPr>
        <w:t>Website: www.readsunoptical.com</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